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C79D0" w14:textId="77777777" w:rsidR="00582532" w:rsidRDefault="00000000">
      <w:pPr>
        <w:pStyle w:val="Title"/>
      </w:pPr>
      <w:r>
        <w:t>Optimizely CMS (SaaS) - MCQ Questions</w:t>
      </w:r>
    </w:p>
    <w:p w14:paraId="4EDA18F9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Which of the following is described as an optional step in the content creation process?</w:t>
      </w:r>
    </w:p>
    <w:p w14:paraId="1FFCDE67" w14:textId="5672307C" w:rsidR="00582532" w:rsidRDefault="00000000" w:rsidP="00095756">
      <w:pPr>
        <w:pStyle w:val="ListBullet"/>
        <w:numPr>
          <w:ilvl w:val="1"/>
          <w:numId w:val="11"/>
        </w:numPr>
      </w:pPr>
      <w:r>
        <w:t>Defining content</w:t>
      </w:r>
    </w:p>
    <w:p w14:paraId="42ECD602" w14:textId="20E84348" w:rsidR="00582532" w:rsidRDefault="00000000" w:rsidP="00095756">
      <w:pPr>
        <w:pStyle w:val="ListBullet"/>
        <w:numPr>
          <w:ilvl w:val="1"/>
          <w:numId w:val="11"/>
        </w:numPr>
      </w:pPr>
      <w:r>
        <w:t>Creating content</w:t>
      </w:r>
    </w:p>
    <w:p w14:paraId="12DAD43C" w14:textId="0969D2D6" w:rsidR="00582532" w:rsidRDefault="00000000" w:rsidP="00095756">
      <w:pPr>
        <w:pStyle w:val="ListBullet"/>
        <w:numPr>
          <w:ilvl w:val="1"/>
          <w:numId w:val="11"/>
        </w:numPr>
      </w:pPr>
      <w:r>
        <w:t>Importing data from CMS</w:t>
      </w:r>
    </w:p>
    <w:p w14:paraId="700CBC8A" w14:textId="3BCA1FA1" w:rsidR="00582532" w:rsidRDefault="00000000" w:rsidP="00095756">
      <w:pPr>
        <w:pStyle w:val="ListBullet"/>
        <w:numPr>
          <w:ilvl w:val="1"/>
          <w:numId w:val="11"/>
        </w:numPr>
      </w:pPr>
      <w:r>
        <w:t>Configuring styles</w:t>
      </w:r>
    </w:p>
    <w:p w14:paraId="178BAE4F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What must be defined before creating your first content item?</w:t>
      </w:r>
    </w:p>
    <w:p w14:paraId="64AAB981" w14:textId="669EA328" w:rsidR="00582532" w:rsidRDefault="00000000" w:rsidP="00095756">
      <w:pPr>
        <w:pStyle w:val="ListBullet"/>
        <w:numPr>
          <w:ilvl w:val="1"/>
          <w:numId w:val="11"/>
        </w:numPr>
      </w:pPr>
      <w:r>
        <w:t>A website application</w:t>
      </w:r>
    </w:p>
    <w:p w14:paraId="049B7B89" w14:textId="6EE62C5E" w:rsidR="00582532" w:rsidRDefault="00000000" w:rsidP="00095756">
      <w:pPr>
        <w:pStyle w:val="ListBullet"/>
        <w:numPr>
          <w:ilvl w:val="1"/>
          <w:numId w:val="11"/>
        </w:numPr>
      </w:pPr>
      <w:r>
        <w:t>A GraphQL query</w:t>
      </w:r>
    </w:p>
    <w:p w14:paraId="5BDED8EF" w14:textId="0F410624" w:rsidR="00582532" w:rsidRDefault="00000000" w:rsidP="00095756">
      <w:pPr>
        <w:pStyle w:val="ListBullet"/>
        <w:numPr>
          <w:ilvl w:val="1"/>
          <w:numId w:val="11"/>
        </w:numPr>
      </w:pPr>
      <w:r>
        <w:t>A content type</w:t>
      </w:r>
    </w:p>
    <w:p w14:paraId="0F354270" w14:textId="4C954D72" w:rsidR="00582532" w:rsidRDefault="00000000" w:rsidP="00095756">
      <w:pPr>
        <w:pStyle w:val="ListBullet"/>
        <w:numPr>
          <w:ilvl w:val="1"/>
          <w:numId w:val="11"/>
        </w:numPr>
      </w:pPr>
      <w:r>
        <w:t>An Optimizely Graph synchronization job</w:t>
      </w:r>
    </w:p>
    <w:p w14:paraId="5499A7FE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What is the main characteristic of inline blocks?</w:t>
      </w:r>
    </w:p>
    <w:p w14:paraId="25CE8EE5" w14:textId="1FDD6642" w:rsidR="00582532" w:rsidRDefault="00000000" w:rsidP="00095756">
      <w:pPr>
        <w:pStyle w:val="ListBullet"/>
        <w:numPr>
          <w:ilvl w:val="1"/>
          <w:numId w:val="11"/>
        </w:numPr>
      </w:pPr>
      <w:r>
        <w:t>They are unique to a single page</w:t>
      </w:r>
    </w:p>
    <w:p w14:paraId="004CB5F2" w14:textId="0BA8C094" w:rsidR="00582532" w:rsidRDefault="00000000" w:rsidP="00095756">
      <w:pPr>
        <w:pStyle w:val="ListBullet"/>
        <w:numPr>
          <w:ilvl w:val="1"/>
          <w:numId w:val="11"/>
        </w:numPr>
      </w:pPr>
      <w:r>
        <w:t>They can be reused across multiple pages</w:t>
      </w:r>
    </w:p>
    <w:p w14:paraId="19ECB4B9" w14:textId="63F0B5FF" w:rsidR="00582532" w:rsidRDefault="00000000" w:rsidP="00095756">
      <w:pPr>
        <w:pStyle w:val="ListBullet"/>
        <w:numPr>
          <w:ilvl w:val="1"/>
          <w:numId w:val="11"/>
        </w:numPr>
      </w:pPr>
      <w:r>
        <w:t>They are always visible on every page</w:t>
      </w:r>
    </w:p>
    <w:p w14:paraId="28DDCC57" w14:textId="2482D560" w:rsidR="00582532" w:rsidRDefault="00000000" w:rsidP="00095756">
      <w:pPr>
        <w:pStyle w:val="ListBullet"/>
        <w:numPr>
          <w:ilvl w:val="1"/>
          <w:numId w:val="11"/>
        </w:numPr>
      </w:pPr>
      <w:r>
        <w:t>They are automatically generated by the system</w:t>
      </w:r>
    </w:p>
    <w:p w14:paraId="52D2CAD6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What happens when you enable Opti ID for CMS (SaaS)?</w:t>
      </w:r>
    </w:p>
    <w:p w14:paraId="7BBC63C2" w14:textId="3D7F226A" w:rsidR="00582532" w:rsidRDefault="00000000" w:rsidP="00095756">
      <w:pPr>
        <w:pStyle w:val="ListBullet"/>
        <w:numPr>
          <w:ilvl w:val="1"/>
          <w:numId w:val="11"/>
        </w:numPr>
      </w:pPr>
      <w:r>
        <w:t>It immediately impacts existing authentication on the site</w:t>
      </w:r>
    </w:p>
    <w:p w14:paraId="054BF886" w14:textId="51581FA3" w:rsidR="00582532" w:rsidRDefault="00000000" w:rsidP="00095756">
      <w:pPr>
        <w:pStyle w:val="ListBullet"/>
        <w:numPr>
          <w:ilvl w:val="1"/>
          <w:numId w:val="11"/>
        </w:numPr>
      </w:pPr>
      <w:r>
        <w:t>It can be undone at any time</w:t>
      </w:r>
    </w:p>
    <w:p w14:paraId="4E89E7A6" w14:textId="3CC295F8" w:rsidR="00582532" w:rsidRDefault="00000000" w:rsidP="00095756">
      <w:pPr>
        <w:pStyle w:val="ListBullet"/>
        <w:numPr>
          <w:ilvl w:val="1"/>
          <w:numId w:val="11"/>
        </w:numPr>
      </w:pPr>
      <w:r>
        <w:t>It prepares your CMS (SaaS) environment without impacting existing authentication</w:t>
      </w:r>
    </w:p>
    <w:p w14:paraId="63EC7158" w14:textId="470E2884" w:rsidR="00582532" w:rsidRDefault="00000000" w:rsidP="00095756">
      <w:pPr>
        <w:pStyle w:val="ListBullet"/>
        <w:numPr>
          <w:ilvl w:val="1"/>
          <w:numId w:val="11"/>
        </w:numPr>
      </w:pPr>
      <w:r>
        <w:t>It automatically configures SSO for all users</w:t>
      </w:r>
      <w:r>
        <w:br/>
      </w:r>
    </w:p>
    <w:p w14:paraId="00C530AA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What is a content type in CMS (SaaS)?</w:t>
      </w:r>
    </w:p>
    <w:p w14:paraId="27E88841" w14:textId="1F798EE6" w:rsidR="00582532" w:rsidRDefault="00000000" w:rsidP="00095756">
      <w:pPr>
        <w:pStyle w:val="ListBullet"/>
        <w:numPr>
          <w:ilvl w:val="1"/>
          <w:numId w:val="11"/>
        </w:numPr>
      </w:pPr>
      <w:r>
        <w:t>A group of properties describing a logical type of content</w:t>
      </w:r>
    </w:p>
    <w:p w14:paraId="1EBFFCAF" w14:textId="156BC9A6" w:rsidR="00582532" w:rsidRDefault="00000000" w:rsidP="00095756">
      <w:pPr>
        <w:pStyle w:val="ListBullet"/>
        <w:numPr>
          <w:ilvl w:val="1"/>
          <w:numId w:val="11"/>
        </w:numPr>
      </w:pPr>
      <w:r>
        <w:t>A single piece of content on a webpage</w:t>
      </w:r>
    </w:p>
    <w:p w14:paraId="464D8719" w14:textId="6323B2B4" w:rsidR="00582532" w:rsidRDefault="00000000" w:rsidP="00095756">
      <w:pPr>
        <w:pStyle w:val="ListBullet"/>
        <w:numPr>
          <w:ilvl w:val="1"/>
          <w:numId w:val="11"/>
        </w:numPr>
      </w:pPr>
      <w:r>
        <w:t>A template for visual layout</w:t>
      </w:r>
    </w:p>
    <w:p w14:paraId="2744B126" w14:textId="6B8B9594" w:rsidR="00582532" w:rsidRDefault="00000000" w:rsidP="00095756">
      <w:pPr>
        <w:pStyle w:val="ListBullet"/>
        <w:numPr>
          <w:ilvl w:val="1"/>
          <w:numId w:val="11"/>
        </w:numPr>
      </w:pPr>
      <w:r>
        <w:t>A user role in the content management system</w:t>
      </w:r>
    </w:p>
    <w:p w14:paraId="485D0EF0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How can you modify the available property formats in CMS (SaaS)?</w:t>
      </w:r>
    </w:p>
    <w:p w14:paraId="3512E60E" w14:textId="5BD37329" w:rsidR="00582532" w:rsidRDefault="00000000" w:rsidP="00095756">
      <w:pPr>
        <w:pStyle w:val="ListBullet"/>
        <w:numPr>
          <w:ilvl w:val="1"/>
          <w:numId w:val="11"/>
        </w:numPr>
      </w:pPr>
      <w:r>
        <w:t>By creating custom property formats</w:t>
      </w:r>
    </w:p>
    <w:p w14:paraId="31106AE6" w14:textId="59F5CAFA" w:rsidR="00582532" w:rsidRDefault="00000000" w:rsidP="00095756">
      <w:pPr>
        <w:pStyle w:val="ListBullet"/>
        <w:numPr>
          <w:ilvl w:val="1"/>
          <w:numId w:val="11"/>
        </w:numPr>
      </w:pPr>
      <w:r>
        <w:t>By editing existing property formats</w:t>
      </w:r>
    </w:p>
    <w:p w14:paraId="5DE1BBCA" w14:textId="4578C5EA" w:rsidR="00582532" w:rsidRDefault="00000000" w:rsidP="00095756">
      <w:pPr>
        <w:pStyle w:val="ListBullet"/>
        <w:numPr>
          <w:ilvl w:val="1"/>
          <w:numId w:val="11"/>
        </w:numPr>
      </w:pPr>
      <w:r>
        <w:t>By importing new property formats</w:t>
      </w:r>
    </w:p>
    <w:p w14:paraId="37EE241A" w14:textId="454D8DD4" w:rsidR="00582532" w:rsidRDefault="00000000" w:rsidP="00095756">
      <w:pPr>
        <w:pStyle w:val="ListBullet"/>
        <w:numPr>
          <w:ilvl w:val="1"/>
          <w:numId w:val="11"/>
        </w:numPr>
      </w:pPr>
      <w:r>
        <w:lastRenderedPageBreak/>
        <w:t>You cannot modify the available property formats</w:t>
      </w:r>
    </w:p>
    <w:p w14:paraId="45EBCC9E" w14:textId="4B46E677" w:rsidR="00582532" w:rsidRDefault="00000000" w:rsidP="00095756">
      <w:pPr>
        <w:pStyle w:val="ListBullet"/>
        <w:numPr>
          <w:ilvl w:val="1"/>
          <w:numId w:val="11"/>
        </w:numPr>
      </w:pPr>
      <w:r>
        <w:t>By requesting new formats from the CMS administrator</w:t>
      </w:r>
    </w:p>
    <w:p w14:paraId="10F685ED" w14:textId="77777777" w:rsidR="00582532" w:rsidRDefault="00000000" w:rsidP="00095756">
      <w:pPr>
        <w:pStyle w:val="ListParagraph"/>
        <w:numPr>
          <w:ilvl w:val="0"/>
          <w:numId w:val="11"/>
        </w:numPr>
      </w:pPr>
      <w:r>
        <w:t>How are broken links displayed on the dashboard?</w:t>
      </w:r>
    </w:p>
    <w:p w14:paraId="5C7C81FB" w14:textId="10CD2F61" w:rsidR="00582532" w:rsidRDefault="00000000" w:rsidP="00095756">
      <w:pPr>
        <w:pStyle w:val="ListBullet"/>
        <w:numPr>
          <w:ilvl w:val="1"/>
          <w:numId w:val="11"/>
        </w:numPr>
      </w:pPr>
      <w:r>
        <w:t>As a percentage of total links</w:t>
      </w:r>
    </w:p>
    <w:p w14:paraId="2F936376" w14:textId="2A9F57CF" w:rsidR="00582532" w:rsidRDefault="00000000" w:rsidP="00095756">
      <w:pPr>
        <w:pStyle w:val="ListBullet"/>
        <w:numPr>
          <w:ilvl w:val="1"/>
          <w:numId w:val="11"/>
        </w:numPr>
      </w:pPr>
      <w:r>
        <w:t>As a total number with a list of affected pages</w:t>
      </w:r>
    </w:p>
    <w:p w14:paraId="445B6136" w14:textId="3DF86330" w:rsidR="00582532" w:rsidRDefault="00000000" w:rsidP="00095756">
      <w:pPr>
        <w:pStyle w:val="ListBullet"/>
        <w:numPr>
          <w:ilvl w:val="1"/>
          <w:numId w:val="11"/>
        </w:numPr>
      </w:pPr>
      <w:r>
        <w:t>In a separate report</w:t>
      </w:r>
    </w:p>
    <w:p w14:paraId="00AD2911" w14:textId="7D01EABF" w:rsidR="00582532" w:rsidRDefault="00000000" w:rsidP="00095756">
      <w:pPr>
        <w:pStyle w:val="ListBullet"/>
        <w:numPr>
          <w:ilvl w:val="1"/>
          <w:numId w:val="11"/>
        </w:numPr>
      </w:pPr>
      <w:r>
        <w:t>With automatic suggestions for fixing</w:t>
      </w:r>
    </w:p>
    <w:p w14:paraId="35D7BC95" w14:textId="77777777" w:rsidR="00A61C84" w:rsidRDefault="00A61C84" w:rsidP="00A61C84">
      <w:pPr>
        <w:pStyle w:val="ListBullet"/>
        <w:numPr>
          <w:ilvl w:val="0"/>
          <w:numId w:val="0"/>
        </w:numPr>
        <w:ind w:left="1440"/>
      </w:pPr>
    </w:p>
    <w:p w14:paraId="38E253D8" w14:textId="77777777" w:rsidR="00A61C84" w:rsidRDefault="00A61C84" w:rsidP="00A61C84">
      <w:pPr>
        <w:pStyle w:val="ListBullet"/>
        <w:numPr>
          <w:ilvl w:val="0"/>
          <w:numId w:val="11"/>
        </w:numPr>
      </w:pPr>
      <w:r w:rsidRPr="00A61C84">
        <w:t xml:space="preserve">How do you handle content versioning and rollback within SaaS CMS? </w:t>
      </w:r>
    </w:p>
    <w:p w14:paraId="284BF088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>Drafts and Auto-saving, view rights and manual deletion</w:t>
      </w:r>
    </w:p>
    <w:p w14:paraId="607DCB2A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>Preview, Compare and Approval Sequences</w:t>
      </w:r>
    </w:p>
    <w:p w14:paraId="72B3AA51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>Content Expiration, Unpublish, and Republish features</w:t>
      </w:r>
    </w:p>
    <w:p w14:paraId="2F5644BC" w14:textId="0E79D381" w:rsidR="00A61C84" w:rsidRDefault="00A61C84" w:rsidP="00A61C84">
      <w:pPr>
        <w:pStyle w:val="ListBullet"/>
        <w:numPr>
          <w:ilvl w:val="1"/>
          <w:numId w:val="11"/>
        </w:numPr>
      </w:pPr>
      <w:r w:rsidRPr="00A61C84">
        <w:t>All of the above</w:t>
      </w:r>
    </w:p>
    <w:p w14:paraId="012361C5" w14:textId="77777777" w:rsidR="00A61C84" w:rsidRDefault="00A61C84" w:rsidP="00A61C84">
      <w:pPr>
        <w:pStyle w:val="ListBullet"/>
        <w:numPr>
          <w:ilvl w:val="0"/>
          <w:numId w:val="0"/>
        </w:numPr>
        <w:ind w:left="360" w:hanging="360"/>
      </w:pPr>
    </w:p>
    <w:p w14:paraId="1A3A965A" w14:textId="77777777" w:rsidR="00A61C84" w:rsidRDefault="00A61C84" w:rsidP="00A61C84">
      <w:pPr>
        <w:pStyle w:val="ListBullet"/>
        <w:numPr>
          <w:ilvl w:val="0"/>
          <w:numId w:val="11"/>
        </w:numPr>
      </w:pPr>
      <w:r w:rsidRPr="00A61C84">
        <w:t xml:space="preserve">What are the best practices for managing user permissions and roles? </w:t>
      </w:r>
    </w:p>
    <w:p w14:paraId="5FB1EC52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 xml:space="preserve">Using default settings </w:t>
      </w:r>
    </w:p>
    <w:p w14:paraId="254406DA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 xml:space="preserve">Customizing user permissions </w:t>
      </w:r>
    </w:p>
    <w:p w14:paraId="6218E9F1" w14:textId="77777777" w:rsidR="00A61C84" w:rsidRDefault="00A61C84" w:rsidP="00A61C84">
      <w:pPr>
        <w:pStyle w:val="ListBullet"/>
        <w:numPr>
          <w:ilvl w:val="1"/>
          <w:numId w:val="11"/>
        </w:numPr>
      </w:pPr>
      <w:r w:rsidRPr="00A61C84">
        <w:t xml:space="preserve">Limiting user access </w:t>
      </w:r>
    </w:p>
    <w:p w14:paraId="1D87B4F8" w14:textId="6EA59A2F" w:rsidR="00A61C84" w:rsidRDefault="00A61C84" w:rsidP="00A61C84">
      <w:pPr>
        <w:pStyle w:val="ListBullet"/>
        <w:numPr>
          <w:ilvl w:val="1"/>
          <w:numId w:val="11"/>
        </w:numPr>
      </w:pPr>
      <w:r w:rsidRPr="00A61C84">
        <w:t>Combining user permissions from disperate simplified role permissions</w:t>
      </w:r>
    </w:p>
    <w:p w14:paraId="6E4B7283" w14:textId="77777777" w:rsidR="00553D3D" w:rsidRDefault="00553D3D" w:rsidP="00553D3D">
      <w:pPr>
        <w:pStyle w:val="ListBullet"/>
        <w:numPr>
          <w:ilvl w:val="0"/>
          <w:numId w:val="0"/>
        </w:numPr>
        <w:ind w:left="360" w:hanging="360"/>
      </w:pPr>
    </w:p>
    <w:p w14:paraId="5940E87D" w14:textId="77777777" w:rsidR="00553D3D" w:rsidRDefault="00553D3D" w:rsidP="00553D3D">
      <w:pPr>
        <w:pStyle w:val="ListBullet"/>
        <w:numPr>
          <w:ilvl w:val="0"/>
          <w:numId w:val="11"/>
        </w:numPr>
      </w:pPr>
      <w:r w:rsidRPr="00553D3D">
        <w:t xml:space="preserve">What types of content can be managed with CMS (SaaS)? </w:t>
      </w:r>
    </w:p>
    <w:p w14:paraId="15DBA3BD" w14:textId="77777777" w:rsidR="00553D3D" w:rsidRDefault="00553D3D" w:rsidP="00553D3D">
      <w:pPr>
        <w:pStyle w:val="ListBullet"/>
        <w:numPr>
          <w:ilvl w:val="1"/>
          <w:numId w:val="11"/>
        </w:numPr>
      </w:pPr>
      <w:r w:rsidRPr="00553D3D">
        <w:t xml:space="preserve">text, images, videos </w:t>
      </w:r>
    </w:p>
    <w:p w14:paraId="29059CF9" w14:textId="77777777" w:rsidR="00553D3D" w:rsidRDefault="00553D3D" w:rsidP="00553D3D">
      <w:pPr>
        <w:pStyle w:val="ListBullet"/>
        <w:numPr>
          <w:ilvl w:val="1"/>
          <w:numId w:val="11"/>
        </w:numPr>
      </w:pPr>
      <w:r w:rsidRPr="00553D3D">
        <w:t xml:space="preserve">only html and json rendered outputs </w:t>
      </w:r>
    </w:p>
    <w:p w14:paraId="768D6EBB" w14:textId="77777777" w:rsidR="00553D3D" w:rsidRDefault="00553D3D" w:rsidP="00553D3D">
      <w:pPr>
        <w:pStyle w:val="ListBullet"/>
        <w:numPr>
          <w:ilvl w:val="1"/>
          <w:numId w:val="11"/>
        </w:numPr>
      </w:pPr>
      <w:r w:rsidRPr="00553D3D">
        <w:t xml:space="preserve">Text, images, videos, and custom components </w:t>
      </w:r>
    </w:p>
    <w:p w14:paraId="26DC8D4F" w14:textId="2ADDFB63" w:rsidR="00553D3D" w:rsidRDefault="00553D3D" w:rsidP="00553D3D">
      <w:pPr>
        <w:pStyle w:val="ListBullet"/>
        <w:numPr>
          <w:ilvl w:val="1"/>
          <w:numId w:val="11"/>
        </w:numPr>
      </w:pPr>
      <w:r w:rsidRPr="00553D3D">
        <w:t>any filetype including .exe</w:t>
      </w:r>
    </w:p>
    <w:sectPr w:rsidR="00553D3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7695469"/>
    <w:multiLevelType w:val="hybridMultilevel"/>
    <w:tmpl w:val="02AE1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EA703F"/>
    <w:multiLevelType w:val="hybridMultilevel"/>
    <w:tmpl w:val="3682A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5BE5AB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5220488">
    <w:abstractNumId w:val="8"/>
  </w:num>
  <w:num w:numId="2" w16cid:durableId="1791435307">
    <w:abstractNumId w:val="6"/>
  </w:num>
  <w:num w:numId="3" w16cid:durableId="2078089844">
    <w:abstractNumId w:val="5"/>
  </w:num>
  <w:num w:numId="4" w16cid:durableId="1538274703">
    <w:abstractNumId w:val="4"/>
  </w:num>
  <w:num w:numId="5" w16cid:durableId="787966898">
    <w:abstractNumId w:val="7"/>
  </w:num>
  <w:num w:numId="6" w16cid:durableId="1964996095">
    <w:abstractNumId w:val="3"/>
  </w:num>
  <w:num w:numId="7" w16cid:durableId="1030105423">
    <w:abstractNumId w:val="2"/>
  </w:num>
  <w:num w:numId="8" w16cid:durableId="925963480">
    <w:abstractNumId w:val="1"/>
  </w:num>
  <w:num w:numId="9" w16cid:durableId="168325958">
    <w:abstractNumId w:val="0"/>
  </w:num>
  <w:num w:numId="10" w16cid:durableId="1017079024">
    <w:abstractNumId w:val="9"/>
  </w:num>
  <w:num w:numId="11" w16cid:durableId="1449817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5756"/>
    <w:rsid w:val="0015074B"/>
    <w:rsid w:val="0029639D"/>
    <w:rsid w:val="00326F90"/>
    <w:rsid w:val="00553D3D"/>
    <w:rsid w:val="00582532"/>
    <w:rsid w:val="00A61C84"/>
    <w:rsid w:val="00AA1D8D"/>
    <w:rsid w:val="00B47730"/>
    <w:rsid w:val="00CB0664"/>
    <w:rsid w:val="00D577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04F8CD"/>
  <w14:defaultImageDpi w14:val="300"/>
  <w15:docId w15:val="{E5C9A7E5-F1CD-43B9-875F-0ABB42C73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Jagmeet Kaur</cp:lastModifiedBy>
  <cp:revision>4</cp:revision>
  <dcterms:created xsi:type="dcterms:W3CDTF">2013-12-23T23:15:00Z</dcterms:created>
  <dcterms:modified xsi:type="dcterms:W3CDTF">2025-03-22T20:33:00Z</dcterms:modified>
  <cp:category/>
</cp:coreProperties>
</file>